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C6F46" w14:textId="77777777" w:rsidR="009E3191" w:rsidRPr="008F095D" w:rsidRDefault="009E3191" w:rsidP="009E3191">
      <w:pPr>
        <w:spacing w:after="360"/>
        <w:ind w:left="4535"/>
        <w:rPr>
          <w:rFonts w:cs="Times New Roman"/>
          <w:sz w:val="24"/>
          <w:szCs w:val="24"/>
          <w:lang w:val="lt-LT"/>
        </w:rPr>
      </w:pPr>
      <w:r w:rsidRPr="008F095D">
        <w:rPr>
          <w:rFonts w:cs="Times New Roman"/>
          <w:sz w:val="24"/>
          <w:szCs w:val="24"/>
          <w:lang w:val="lt-LT"/>
        </w:rPr>
        <w:t>Radviliškio rajono savivaldybės viešųjų</w:t>
      </w:r>
      <w:r w:rsidRPr="008F095D">
        <w:rPr>
          <w:rFonts w:cs="Times New Roman"/>
          <w:sz w:val="24"/>
          <w:szCs w:val="24"/>
          <w:lang w:val="lt-LT"/>
        </w:rPr>
        <w:br/>
        <w:t>asmens sveikatos priežiūros įstaigų medicininį</w:t>
      </w:r>
      <w:r w:rsidRPr="008F095D">
        <w:rPr>
          <w:rFonts w:cs="Times New Roman"/>
          <w:sz w:val="24"/>
          <w:szCs w:val="24"/>
          <w:lang w:val="lt-LT"/>
        </w:rPr>
        <w:br/>
        <w:t>išsilavinimą turinčių medicinos darbuotojų ir</w:t>
      </w:r>
      <w:r w:rsidRPr="008F095D">
        <w:rPr>
          <w:rFonts w:cs="Times New Roman"/>
          <w:sz w:val="24"/>
          <w:szCs w:val="24"/>
          <w:lang w:val="lt-LT"/>
        </w:rPr>
        <w:br/>
        <w:t>slaugytojų padėjėjų kelionės išlaidų</w:t>
      </w:r>
      <w:r w:rsidRPr="008F095D">
        <w:rPr>
          <w:rFonts w:cs="Times New Roman"/>
          <w:sz w:val="24"/>
          <w:szCs w:val="24"/>
          <w:lang w:val="lt-LT"/>
        </w:rPr>
        <w:br/>
        <w:t>kompensavimo tvarkos aprašo</w:t>
      </w:r>
      <w:r w:rsidRPr="008F095D">
        <w:rPr>
          <w:rFonts w:cs="Times New Roman"/>
          <w:sz w:val="24"/>
          <w:szCs w:val="24"/>
          <w:lang w:val="lt-LT"/>
        </w:rPr>
        <w:br/>
        <w:t>priedas</w:t>
      </w:r>
    </w:p>
    <w:p w14:paraId="0AD5AEC5" w14:textId="0C369269" w:rsidR="009E3191" w:rsidRPr="008F095D" w:rsidRDefault="001F5662" w:rsidP="009E3191">
      <w:pPr>
        <w:keepNext/>
        <w:spacing w:after="40"/>
        <w:jc w:val="center"/>
        <w:rPr>
          <w:rFonts w:cs="Times New Roman"/>
          <w:sz w:val="24"/>
          <w:szCs w:val="24"/>
          <w:lang w:val="lt-LT"/>
        </w:rPr>
      </w:pPr>
      <w:r w:rsidRPr="008F095D">
        <w:rPr>
          <w:rFonts w:cs="Times New Roman"/>
          <w:b/>
          <w:sz w:val="24"/>
          <w:szCs w:val="24"/>
          <w:lang w:val="lt-LT"/>
        </w:rPr>
        <w:t>kelionės išlaidų kompensavimo už __________________ suvestinė</w:t>
      </w:r>
    </w:p>
    <w:p w14:paraId="429E62FB" w14:textId="77777777" w:rsidR="009E3191" w:rsidRPr="008F095D" w:rsidRDefault="009E3191" w:rsidP="009E3191">
      <w:pPr>
        <w:keepNext/>
        <w:spacing w:after="200"/>
        <w:jc w:val="center"/>
        <w:rPr>
          <w:rFonts w:cs="Times New Roman"/>
          <w:sz w:val="24"/>
          <w:szCs w:val="24"/>
          <w:lang w:val="lt-LT"/>
        </w:rPr>
      </w:pPr>
      <w:r w:rsidRPr="008F095D">
        <w:rPr>
          <w:rFonts w:cs="Times New Roman"/>
          <w:sz w:val="24"/>
          <w:szCs w:val="24"/>
          <w:lang w:val="lt-LT"/>
        </w:rPr>
        <w:t>(ataskaitinis laikotarpis)</w:t>
      </w:r>
    </w:p>
    <w:tbl>
      <w:tblPr>
        <w:tblStyle w:val="Lentelstinklelis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304"/>
        <w:gridCol w:w="1587"/>
        <w:gridCol w:w="1417"/>
        <w:gridCol w:w="1361"/>
        <w:gridCol w:w="1304"/>
        <w:gridCol w:w="1474"/>
      </w:tblGrid>
      <w:tr w:rsidR="009E3191" w:rsidRPr="008F095D" w14:paraId="1EC65CF8" w14:textId="77777777" w:rsidTr="0038489A">
        <w:trPr>
          <w:tblHeader/>
          <w:jc w:val="center"/>
        </w:trPr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47FF7D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  <w:r w:rsidRPr="008F095D">
              <w:rPr>
                <w:rFonts w:cs="Times New Roman"/>
                <w:b/>
                <w:sz w:val="24"/>
                <w:szCs w:val="24"/>
                <w:lang w:val="lt-LT"/>
              </w:rPr>
              <w:t>Eil.</w:t>
            </w:r>
            <w:r w:rsidRPr="008F095D">
              <w:rPr>
                <w:rFonts w:cs="Times New Roman"/>
                <w:b/>
                <w:sz w:val="24"/>
                <w:szCs w:val="24"/>
                <w:lang w:val="lt-LT"/>
              </w:rPr>
              <w:br/>
              <w:t>Nr.</w:t>
            </w:r>
          </w:p>
        </w:tc>
        <w:tc>
          <w:tcPr>
            <w:tcW w:w="13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1431D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  <w:r w:rsidRPr="008F095D">
              <w:rPr>
                <w:rFonts w:cs="Times New Roman"/>
                <w:b/>
                <w:sz w:val="24"/>
                <w:szCs w:val="24"/>
                <w:lang w:val="lt-LT"/>
              </w:rPr>
              <w:t>Pareigybė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188E2B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  <w:r w:rsidRPr="008F095D">
              <w:rPr>
                <w:rFonts w:cs="Times New Roman"/>
                <w:b/>
                <w:sz w:val="24"/>
                <w:szCs w:val="24"/>
                <w:lang w:val="lt-LT"/>
              </w:rPr>
              <w:t>Važiavimo</w:t>
            </w:r>
            <w:r w:rsidRPr="008F095D">
              <w:rPr>
                <w:rFonts w:cs="Times New Roman"/>
                <w:b/>
                <w:sz w:val="24"/>
                <w:szCs w:val="24"/>
                <w:lang w:val="lt-LT"/>
              </w:rPr>
              <w:br/>
              <w:t>maršrutas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12F146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  <w:r w:rsidRPr="008F095D">
              <w:rPr>
                <w:rFonts w:cs="Times New Roman"/>
                <w:b/>
                <w:sz w:val="24"/>
                <w:szCs w:val="24"/>
                <w:lang w:val="lt-LT"/>
              </w:rPr>
              <w:t>Maršruto ilgis į abi puses, km</w:t>
            </w:r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EC241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  <w:r w:rsidRPr="008F095D">
              <w:rPr>
                <w:rFonts w:cs="Times New Roman"/>
                <w:b/>
                <w:sz w:val="24"/>
                <w:szCs w:val="24"/>
                <w:lang w:val="lt-LT"/>
              </w:rPr>
              <w:t>Kompensavimo dydis, Eur</w:t>
            </w:r>
          </w:p>
        </w:tc>
        <w:tc>
          <w:tcPr>
            <w:tcW w:w="13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EF773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  <w:r w:rsidRPr="008F095D">
              <w:rPr>
                <w:rFonts w:cs="Times New Roman"/>
                <w:b/>
                <w:sz w:val="24"/>
                <w:szCs w:val="24"/>
                <w:lang w:val="lt-LT"/>
              </w:rPr>
              <w:t>Važiuotų dienų skaičius</w:t>
            </w: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7EDB0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  <w:r w:rsidRPr="008F095D">
              <w:rPr>
                <w:rFonts w:cs="Times New Roman"/>
                <w:b/>
                <w:sz w:val="24"/>
                <w:szCs w:val="24"/>
                <w:lang w:val="lt-LT"/>
              </w:rPr>
              <w:t>Kelionės išlaidų suma, Eur</w:t>
            </w:r>
          </w:p>
        </w:tc>
      </w:tr>
      <w:tr w:rsidR="009E3191" w:rsidRPr="008F095D" w14:paraId="4CB2A3DD" w14:textId="77777777" w:rsidTr="0038489A">
        <w:trPr>
          <w:jc w:val="center"/>
        </w:trPr>
        <w:tc>
          <w:tcPr>
            <w:tcW w:w="567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3AE95C61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  <w:r w:rsidRPr="008F095D">
              <w:rPr>
                <w:rFonts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1304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2589B741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587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2F47ED10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417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755E5E58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361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40564683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304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48DBE2D6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474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3699FE04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9E3191" w:rsidRPr="008F095D" w14:paraId="07791D53" w14:textId="77777777" w:rsidTr="0038489A">
        <w:trPr>
          <w:jc w:val="center"/>
        </w:trPr>
        <w:tc>
          <w:tcPr>
            <w:tcW w:w="567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7C4528E7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  <w:r w:rsidRPr="008F095D">
              <w:rPr>
                <w:rFonts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1304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043F1B09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587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03FCD827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417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15FD0645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361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26E63E17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304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69E8B498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474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1F652CEC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9E3191" w:rsidRPr="008F095D" w14:paraId="5C1CA1EB" w14:textId="77777777" w:rsidTr="0038489A">
        <w:trPr>
          <w:jc w:val="center"/>
        </w:trPr>
        <w:tc>
          <w:tcPr>
            <w:tcW w:w="567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4C66A67C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304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190DB8C4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587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3E760940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417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514DB21E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361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2CB708E2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304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04DC93BB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474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1D1C274E" w14:textId="77777777" w:rsidR="009E3191" w:rsidRPr="008F095D" w:rsidRDefault="009E3191" w:rsidP="0038489A">
            <w:pPr>
              <w:jc w:val="center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</w:tbl>
    <w:p w14:paraId="517C9241" w14:textId="77777777" w:rsidR="009E3191" w:rsidRPr="008F095D" w:rsidRDefault="009E3191" w:rsidP="009E3191">
      <w:pPr>
        <w:spacing w:before="160"/>
        <w:jc w:val="both"/>
        <w:rPr>
          <w:rFonts w:cs="Times New Roman"/>
          <w:sz w:val="24"/>
          <w:szCs w:val="24"/>
          <w:lang w:val="lt-LT"/>
        </w:rPr>
      </w:pPr>
      <w:r w:rsidRPr="008F095D">
        <w:rPr>
          <w:rFonts w:cs="Times New Roman"/>
          <w:sz w:val="24"/>
          <w:szCs w:val="24"/>
          <w:lang w:val="lt-LT"/>
        </w:rPr>
        <w:t>Pastaba. Kelionės išlaidų kompensacija apskaičiuojama pagal Aprašo 12 punkte nustatytą kompensuojamo maršruto ilgį ir faktinį vykimo į darbo vietą dienų skaičių. Atsiradus naujam maršrutui, jo ilgis nustatomas Aprašo 12 punkte nustatyta tvarka.</w:t>
      </w:r>
    </w:p>
    <w:p w14:paraId="30C2695F" w14:textId="040C4078" w:rsidR="009E3191" w:rsidRPr="008F095D" w:rsidRDefault="009E3191" w:rsidP="009E3191">
      <w:pPr>
        <w:spacing w:before="480"/>
        <w:rPr>
          <w:rFonts w:cs="Times New Roman"/>
          <w:sz w:val="24"/>
          <w:szCs w:val="24"/>
          <w:lang w:val="lt-LT"/>
        </w:rPr>
      </w:pPr>
      <w:r w:rsidRPr="008F095D">
        <w:rPr>
          <w:rFonts w:cs="Times New Roman"/>
          <w:sz w:val="24"/>
          <w:szCs w:val="24"/>
          <w:lang w:val="lt-LT"/>
        </w:rPr>
        <w:t>__________________________</w:t>
      </w:r>
      <w:r w:rsidRPr="008F095D">
        <w:rPr>
          <w:rFonts w:cs="Times New Roman"/>
          <w:sz w:val="24"/>
          <w:szCs w:val="24"/>
          <w:lang w:val="lt-LT"/>
        </w:rPr>
        <w:br/>
        <w:t>(Įstaigos vadovo ar jo įgalioto asmens vardas, pavardė, parašas)</w:t>
      </w:r>
    </w:p>
    <w:sectPr w:rsidR="009E3191" w:rsidRPr="008F095D" w:rsidSect="00025C61">
      <w:pgSz w:w="11906" w:h="16838"/>
      <w:pgMar w:top="993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26AEB" w14:textId="77777777" w:rsidR="008071F0" w:rsidRDefault="008071F0">
      <w:r>
        <w:separator/>
      </w:r>
    </w:p>
  </w:endnote>
  <w:endnote w:type="continuationSeparator" w:id="0">
    <w:p w14:paraId="7B3799BE" w14:textId="77777777" w:rsidR="008071F0" w:rsidRDefault="00807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6202A" w14:textId="77777777" w:rsidR="008071F0" w:rsidRDefault="008071F0">
      <w:r>
        <w:separator/>
      </w:r>
    </w:p>
  </w:footnote>
  <w:footnote w:type="continuationSeparator" w:id="0">
    <w:p w14:paraId="4E7BC487" w14:textId="77777777" w:rsidR="008071F0" w:rsidRDefault="008071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63334A"/>
    <w:multiLevelType w:val="hybridMultilevel"/>
    <w:tmpl w:val="8D101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036AF8"/>
    <w:multiLevelType w:val="hybridMultilevel"/>
    <w:tmpl w:val="611CF430"/>
    <w:lvl w:ilvl="0" w:tplc="8C38E4D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10BC2B5D"/>
    <w:multiLevelType w:val="hybridMultilevel"/>
    <w:tmpl w:val="C50290F8"/>
    <w:lvl w:ilvl="0" w:tplc="E1BCA188">
      <w:start w:val="3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4D04CE"/>
    <w:multiLevelType w:val="multilevel"/>
    <w:tmpl w:val="E148402A"/>
    <w:lvl w:ilvl="0">
      <w:start w:val="1"/>
      <w:numFmt w:val="decimal"/>
      <w:lvlText w:val="%1."/>
      <w:lvlJc w:val="left"/>
      <w:pPr>
        <w:ind w:left="138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2100" w:hanging="360"/>
      </w:pPr>
    </w:lvl>
    <w:lvl w:ilvl="2">
      <w:start w:val="1"/>
      <w:numFmt w:val="lowerRoman"/>
      <w:lvlText w:val="%3."/>
      <w:lvlJc w:val="right"/>
      <w:pPr>
        <w:ind w:left="2820" w:hanging="180"/>
      </w:pPr>
    </w:lvl>
    <w:lvl w:ilvl="3">
      <w:start w:val="1"/>
      <w:numFmt w:val="decimal"/>
      <w:lvlText w:val="%4."/>
      <w:lvlJc w:val="left"/>
      <w:pPr>
        <w:ind w:left="3540" w:hanging="360"/>
      </w:pPr>
    </w:lvl>
    <w:lvl w:ilvl="4">
      <w:start w:val="1"/>
      <w:numFmt w:val="lowerLetter"/>
      <w:lvlText w:val="%5."/>
      <w:lvlJc w:val="left"/>
      <w:pPr>
        <w:ind w:left="4260" w:hanging="360"/>
      </w:pPr>
    </w:lvl>
    <w:lvl w:ilvl="5">
      <w:start w:val="1"/>
      <w:numFmt w:val="lowerRoman"/>
      <w:lvlText w:val="%6."/>
      <w:lvlJc w:val="right"/>
      <w:pPr>
        <w:ind w:left="4980" w:hanging="180"/>
      </w:pPr>
    </w:lvl>
    <w:lvl w:ilvl="6">
      <w:start w:val="1"/>
      <w:numFmt w:val="decimal"/>
      <w:lvlText w:val="%7."/>
      <w:lvlJc w:val="left"/>
      <w:pPr>
        <w:ind w:left="5700" w:hanging="360"/>
      </w:pPr>
    </w:lvl>
    <w:lvl w:ilvl="7">
      <w:start w:val="1"/>
      <w:numFmt w:val="lowerLetter"/>
      <w:lvlText w:val="%8."/>
      <w:lvlJc w:val="left"/>
      <w:pPr>
        <w:ind w:left="6420" w:hanging="360"/>
      </w:pPr>
    </w:lvl>
    <w:lvl w:ilvl="8">
      <w:start w:val="1"/>
      <w:numFmt w:val="lowerRoman"/>
      <w:lvlText w:val="%9."/>
      <w:lvlJc w:val="right"/>
      <w:pPr>
        <w:ind w:left="7140" w:hanging="180"/>
      </w:pPr>
    </w:lvl>
  </w:abstractNum>
  <w:abstractNum w:abstractNumId="13" w15:restartNumberingAfterBreak="0">
    <w:nsid w:val="585B70D3"/>
    <w:multiLevelType w:val="hybridMultilevel"/>
    <w:tmpl w:val="E6500AD8"/>
    <w:lvl w:ilvl="0" w:tplc="4168A2FE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strike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AB24D7"/>
    <w:multiLevelType w:val="multilevel"/>
    <w:tmpl w:val="5068316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 w16cid:durableId="1007682358">
    <w:abstractNumId w:val="8"/>
  </w:num>
  <w:num w:numId="2" w16cid:durableId="708531254">
    <w:abstractNumId w:val="6"/>
  </w:num>
  <w:num w:numId="3" w16cid:durableId="924531757">
    <w:abstractNumId w:val="5"/>
  </w:num>
  <w:num w:numId="4" w16cid:durableId="1817138138">
    <w:abstractNumId w:val="4"/>
  </w:num>
  <w:num w:numId="5" w16cid:durableId="982075067">
    <w:abstractNumId w:val="7"/>
  </w:num>
  <w:num w:numId="6" w16cid:durableId="24521483">
    <w:abstractNumId w:val="3"/>
  </w:num>
  <w:num w:numId="7" w16cid:durableId="1458913125">
    <w:abstractNumId w:val="2"/>
  </w:num>
  <w:num w:numId="8" w16cid:durableId="895699294">
    <w:abstractNumId w:val="1"/>
  </w:num>
  <w:num w:numId="9" w16cid:durableId="1975207770">
    <w:abstractNumId w:val="0"/>
  </w:num>
  <w:num w:numId="10" w16cid:durableId="542258191">
    <w:abstractNumId w:val="13"/>
  </w:num>
  <w:num w:numId="11" w16cid:durableId="1805389468">
    <w:abstractNumId w:val="10"/>
  </w:num>
  <w:num w:numId="12" w16cid:durableId="1082022481">
    <w:abstractNumId w:val="11"/>
  </w:num>
  <w:num w:numId="13" w16cid:durableId="1091580449">
    <w:abstractNumId w:val="9"/>
  </w:num>
  <w:num w:numId="14" w16cid:durableId="2002537757">
    <w:abstractNumId w:val="12"/>
  </w:num>
  <w:num w:numId="15" w16cid:durableId="5200508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E15"/>
    <w:rsid w:val="00025C61"/>
    <w:rsid w:val="00034616"/>
    <w:rsid w:val="0006063C"/>
    <w:rsid w:val="00073C7B"/>
    <w:rsid w:val="000E592A"/>
    <w:rsid w:val="000F032B"/>
    <w:rsid w:val="0010147D"/>
    <w:rsid w:val="0010149D"/>
    <w:rsid w:val="00103245"/>
    <w:rsid w:val="0015074B"/>
    <w:rsid w:val="00164EDC"/>
    <w:rsid w:val="001C48FC"/>
    <w:rsid w:val="001E1080"/>
    <w:rsid w:val="001E3A75"/>
    <w:rsid w:val="001E4355"/>
    <w:rsid w:val="001F0E30"/>
    <w:rsid w:val="001F508F"/>
    <w:rsid w:val="001F5662"/>
    <w:rsid w:val="00276F08"/>
    <w:rsid w:val="0029639D"/>
    <w:rsid w:val="00305B47"/>
    <w:rsid w:val="00326F90"/>
    <w:rsid w:val="00335145"/>
    <w:rsid w:val="00352323"/>
    <w:rsid w:val="00404A40"/>
    <w:rsid w:val="00416FBC"/>
    <w:rsid w:val="004342EA"/>
    <w:rsid w:val="00453891"/>
    <w:rsid w:val="00456AD7"/>
    <w:rsid w:val="00470D2E"/>
    <w:rsid w:val="004A5264"/>
    <w:rsid w:val="004C1115"/>
    <w:rsid w:val="004C2F71"/>
    <w:rsid w:val="00500C78"/>
    <w:rsid w:val="005078A8"/>
    <w:rsid w:val="00545350"/>
    <w:rsid w:val="005F5887"/>
    <w:rsid w:val="00650D81"/>
    <w:rsid w:val="00667C38"/>
    <w:rsid w:val="00685DEF"/>
    <w:rsid w:val="00693933"/>
    <w:rsid w:val="006A2751"/>
    <w:rsid w:val="006A50FE"/>
    <w:rsid w:val="006B58F3"/>
    <w:rsid w:val="006D161F"/>
    <w:rsid w:val="006D6BCD"/>
    <w:rsid w:val="006F4CED"/>
    <w:rsid w:val="0070509D"/>
    <w:rsid w:val="00716935"/>
    <w:rsid w:val="00763DBB"/>
    <w:rsid w:val="007665EE"/>
    <w:rsid w:val="007B04CE"/>
    <w:rsid w:val="007E7E2A"/>
    <w:rsid w:val="008071F0"/>
    <w:rsid w:val="008A25CA"/>
    <w:rsid w:val="008A326B"/>
    <w:rsid w:val="008C3132"/>
    <w:rsid w:val="008C4A79"/>
    <w:rsid w:val="008D29B8"/>
    <w:rsid w:val="008F095D"/>
    <w:rsid w:val="00931B34"/>
    <w:rsid w:val="00962C0C"/>
    <w:rsid w:val="00985E3D"/>
    <w:rsid w:val="009C0C1A"/>
    <w:rsid w:val="009C2511"/>
    <w:rsid w:val="009D00D8"/>
    <w:rsid w:val="009E3191"/>
    <w:rsid w:val="00A34392"/>
    <w:rsid w:val="00A37BED"/>
    <w:rsid w:val="00A50F6D"/>
    <w:rsid w:val="00A77BB1"/>
    <w:rsid w:val="00A8342E"/>
    <w:rsid w:val="00A90912"/>
    <w:rsid w:val="00A92F7E"/>
    <w:rsid w:val="00AA1D8D"/>
    <w:rsid w:val="00B46163"/>
    <w:rsid w:val="00B47730"/>
    <w:rsid w:val="00B63C17"/>
    <w:rsid w:val="00B670FA"/>
    <w:rsid w:val="00BA230F"/>
    <w:rsid w:val="00BE6F8E"/>
    <w:rsid w:val="00C128E8"/>
    <w:rsid w:val="00C17953"/>
    <w:rsid w:val="00CB0664"/>
    <w:rsid w:val="00D12FF6"/>
    <w:rsid w:val="00D132E2"/>
    <w:rsid w:val="00D7454B"/>
    <w:rsid w:val="00D864AB"/>
    <w:rsid w:val="00DB6593"/>
    <w:rsid w:val="00DC719E"/>
    <w:rsid w:val="00DC769F"/>
    <w:rsid w:val="00DD1A56"/>
    <w:rsid w:val="00DE7E72"/>
    <w:rsid w:val="00E2250B"/>
    <w:rsid w:val="00E419C6"/>
    <w:rsid w:val="00E5432C"/>
    <w:rsid w:val="00E919E6"/>
    <w:rsid w:val="00EB3DDF"/>
    <w:rsid w:val="00ED33A9"/>
    <w:rsid w:val="00ED6C36"/>
    <w:rsid w:val="00EF7994"/>
    <w:rsid w:val="00F02109"/>
    <w:rsid w:val="00F245F4"/>
    <w:rsid w:val="00F30EFF"/>
    <w:rsid w:val="00F54B2C"/>
    <w:rsid w:val="00F5658D"/>
    <w:rsid w:val="00F62580"/>
    <w:rsid w:val="00F80A97"/>
    <w:rsid w:val="00F85569"/>
    <w:rsid w:val="00FB79D2"/>
    <w:rsid w:val="00FC5099"/>
    <w:rsid w:val="00FC693F"/>
    <w:rsid w:val="00FE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EA1E94"/>
  <w14:defaultImageDpi w14:val="300"/>
  <w15:docId w15:val="{E0A23A46-2738-4E5F-8D54-105E630DB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uslapioinaostekstas">
    <w:name w:val="footnote text"/>
    <w:basedOn w:val="prastasis"/>
    <w:link w:val="PuslapioinaostekstasDiagrama"/>
    <w:unhideWhenUsed/>
    <w:rsid w:val="000F032B"/>
    <w:rPr>
      <w:rFonts w:cs="Times New Roman"/>
      <w:sz w:val="20"/>
      <w:szCs w:val="20"/>
      <w:lang w:val="lt-LT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0F032B"/>
    <w:rPr>
      <w:rFonts w:ascii="Times New Roman" w:eastAsia="Times New Roman" w:hAnsi="Times New Roman" w:cs="Times New Roman"/>
      <w:sz w:val="20"/>
      <w:szCs w:val="20"/>
      <w:lang w:val="lt-LT"/>
    </w:rPr>
  </w:style>
  <w:style w:type="character" w:styleId="Hipersaitas">
    <w:name w:val="Hyperlink"/>
    <w:basedOn w:val="Numatytasispastraiposriftas"/>
    <w:unhideWhenUsed/>
    <w:rsid w:val="000F032B"/>
    <w:rPr>
      <w:color w:val="0000FF" w:themeColor="hyperlink"/>
      <w:u w:val="single"/>
    </w:rPr>
  </w:style>
  <w:style w:type="paragraph" w:styleId="Pataisymai">
    <w:name w:val="Revision"/>
    <w:hidden/>
    <w:uiPriority w:val="99"/>
    <w:semiHidden/>
    <w:rsid w:val="00DB6593"/>
    <w:pPr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513</Words>
  <Characters>293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Kelionės išlaidų kompensavimo sprendimo projektas</vt:lpstr>
      <vt:lpstr/>
    </vt:vector>
  </TitlesOfParts>
  <Manager/>
  <Company/>
  <LinksUpToDate>false</LinksUpToDate>
  <CharactersWithSpaces>805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Kelionės išlaidų kompensavimo sprendimo projektas</dc:title>
  <dc:subject>Radviliškio rajono savivaldybės tarybos sprendimo projektas</dc:subject>
  <dc:creator>python-docx</dc:creator>
  <cp:keywords/>
  <dc:description>generated by python-docx</dc:description>
  <cp:lastModifiedBy>Tomas Januševičius</cp:lastModifiedBy>
  <cp:revision>2</cp:revision>
  <dcterms:created xsi:type="dcterms:W3CDTF">2026-10-07T06:20:00Z</dcterms:created>
  <dcterms:modified xsi:type="dcterms:W3CDTF">2026-10-07T06:20:00Z</dcterms:modified>
  <cp:category/>
</cp:coreProperties>
</file>